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המשמעות המילולית (כפשוטו) למשמעות המושאלת של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פשוטות את משמעותם של ביטויים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כרטיס אתגר ליצירת ציור ביטוי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משמעות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בקצרה ובתמציתיות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לקנות דבר בלי לבדוק אותו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הביטוי מתאר אדם שרואה את הצד החיובי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הביטוי מתאר אדם מופנם עם עומק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טרמפ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חרסינה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(קנייה של משהו בלי לבדוק אותו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עושה מעבר למינימום הנדרש)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(ראייה אופטימית של המציאות)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כרטיס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ביטוי או שם יישוב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בקצרה את המשמעות המושאלת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תכננו ציור שמראה את המשמעות המילולית (כפשוטו)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כיתוב או רמז שיעזור לצופה להבין את הביטוי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סצנה חזותית שמתאימה למשמעות המילולית של הביטוי, כולל פרט מצחיק או מפתיע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נכון עם הסבר תואם למשמעותו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שונה מהמשמעות האמיתית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שקשור לאפשרות ציור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מצוירת מראש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על כרטיסי האתגר ואז לקיים תערוכה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רשימת הביטויים לרמת הכיתה ולהוסיף דוגמאות נוספות מוכרות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זיהוי משמעות מושאלת מול משמעות מילולית של ביטויים בעברית, בהשראת משחקי התמונות של שבוע השפה, ותכננו כרטיס אתגר ליצירת ציור ביטוי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טרמפ  ·  חרסינה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הביטוי "על קצה המזלג"?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בפירוט רב ובאריכות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בקצרה ובתמציתיות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באיטיות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"חתול בשק"?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 דבר בלי לבדוק אותו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לשחק עם חיית 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לבשל ארוחה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"חצי הכוס המלאה" מבטא גישה אופטימית למצב.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"מים שקטים חודרים עמוק" מתאר אדם שקט שיש בו יותר ממה שנראה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תפס __________ – מי שניצל הזדמנות שלא הייתה שלו מלכתחילה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פיל בחנות __________ – ביטוי לאדם מגושם שגורם נזק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ביטוי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חתול בשק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עושה מעבר למינימום הנדרש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ראש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ראייה אופטימית של המציאות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חצי הכוס המלאה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קנייה של משהו בלי לבדוק אותו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יצירת כרטיס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תכננו ציור שמראה את המשמעות המילולית (כפשוטו)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כיתוב או רמז שיעזור לצופה להבין את הביטוי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בקצרה את המשמעות המושאלת של הביטוי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ביטוי או שם יישוב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ביטוי מהרשימה בעמוד, ותארו במשפט אחד איך ייראה הציור שלכם לפי המשמעות המילולית (כפשוטו).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ביטוי אחד מהדף ואת משמעותו המושאלת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"פשוטו" ל"מושאל" בביטוי?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בעברית – כפשוטו ומושאל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