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ביטויים בעברית – כפשוטו ומושאל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המשמעות המילולית (כפשוטו) למשמעות המושאלת של ביטוי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במילים פשוטות את משמעותם של ביטויים נפוצים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כרטיס אתגר ליצירת ציור ביטוי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משמעות הביטויים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בקצרה ובתמציתיות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לקנות דבר בלי לבדוק אותו 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אדם מגושם שגורם נזק בלי כוונה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התחלת שיחה והסרת מתח ראשוני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עושה רק את המינימום הנדרש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חולון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הביטוי מתאר פחד או היסוס ברגע האחרון, לא קור ממשי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הביטוי מתאר אדם שרואה את הצד החיובי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הביטוי מתאר בלבול או ערבוב של דברים, לא דווקא 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הביטוי מתאר אדם מופנם עם עומק פנימי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הביטוי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טרמפ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עצבים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חרסינה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עננים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ביטוי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(קנייה של משהו בלי לבדוק אותו קודם)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(יצר אווירה נעימה בפגישה ראשונה)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(לא עושה מעבר למינימום הנדרש)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(פחד או היסס ברגע האחרון)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(ראייה אופטימית של המציאות)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יצירת כרטיס האתגר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ביטוי או שם יישוב מהרשימה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כתבו בקצרה את המשמעות המושאלת של הביטוי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תכננו ציור שמראה את המשמעות המילולית (כפשוטו)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הוסיפו כיתוב או רמז שיעזור לצופה להבין את הביטוי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חתמו בשם היוצר או היוצרת על הציור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ברור של סצנה חזותית שמתאימה למשמעות המילולית של הביטוי, כולל פרט מצחיק או מפתיע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תקין מבחינה דקדוקית שבו הביטוי משמש במשמעותו הנכונה בשפה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ביטוי נכון עם הסבר תואם למשמעותו המושאלת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שהמשמעות המילולית שונה מהמשמעות האמיתית של הביטוי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נימוק הגיוני שקשור לאפשרות ציור 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דוגמה אחת מצוירת מראש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עבודה בזוגות על כרטיסי האתגר ואז לקיים תערוכה כיתתית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להתאים את רשימת הביטויים לרמת הכיתה ולהוסיף דוגמאות נוספות מוכרות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ביטויים בעברית – כפשוטו ומושאל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תתרגלו זיהוי משמעות מושאלת מול משמעות מילולית של ביטויים בעברית, בהשראת משחקי התמונות של שבוע השפה, ותכננו כרטיס אתגר ליצירת ציור ביטוי משלכם.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משמעות הביטויים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הביטוי "על קצה המזלג"?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בפירוט רב ובאריכות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בקצרה ובתמציתיות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באיטיות 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מתוך 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"חתול בשק"?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לקנות דבר בלי לבדוק אותו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לשחק עם חיית מחמד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לבשל ארוחה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לצאת לטיול בטבע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מתאר הביטוי "פיל בחנות חרסינה"?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אדם עדין וזהיר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אדם מגושם שגורם נזק בלי כוונה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חיה גדולה בגן חיות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סוחר כלים עדינים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"שבר את הקרח" מתאר מצב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התחלת שיחה והסרת מתח ראשוני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שבירת חפץ קפוא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מזג אוויר קר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ריב בין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שיש לו "ראש קטן" הוא אדם ש: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יוזם ולוקח אחריות על הכול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עושה רק את המינימום הנדרש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חכם מאוד מכולם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גבוה במיוחד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מהבאים הוא שם יישוב ולא ביטוי?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עשה סלט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שבר את הקרח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חתול בשק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"קיבל רגליים קרות" פירושו שהתקרר פיזית ברגליים.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"חצי הכוס המלאה" מבטא גישה אופטימית למצב.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"עשה סלט" במשמעות המושאלת קשור רק לבישול ירקות.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"מים שקטים חודרים עמוק" מתאר אדם שקט שיש בו יותר ממה שנראה מבחוץ.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הביטוי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תפס __________ – מי שניצל הזדמנות שלא הייתה שלו מלכתחילה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עלה על ה__________ – מי שהרגיז מאוד מישהו 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פיל בחנות __________ – ביטוי לאדם מגושם שגורם נזק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עם הראש ב__________ – ביטוי לאדם מפוזר וחולמני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ביטוי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חתול בשק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יצר אווירה נעימה בפגישה ראשונה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שבר את הקרח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פחד או היסס ברגע האחרון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ראש קטן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ראייה אופטימית של המציאות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קיבל רגליים קרות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קנייה של משהו בלי לבדוק אותו קודם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חצי הכוס המלאה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לא עושה מעבר למינימום הנדרש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יצירת כרטיס האתגר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בקצרה את המשמעות המושאלת של הביטוי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תכננו ציור שמראה את המשמעות המילולית (כפשוטו)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ביטוי או שם יישוב מהרשימה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חתמו בשם היוצר או היוצרת על הציור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הוסיפו כיתוב או רמז שיעזור לצופה להבין את הביטוי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ביטוי מהרשימה בעמוד, ותארו במשפט אחד איך ייראה הציור שלכם לפי המשמעות המילולית (כפשוטו).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שבו הביטוי שבחרתם מופיע במשמעות המושאלת (האמיתית)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ביטוי אחד מהדף ואת משמעותו המושאלת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"פשוטו" ל"מושאל" בביטוי?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ביטוי מהדף הכי קל לצייר כפשוטו,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ביטויים בעברית – כפשוטו ומושאל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